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מהמנדט למדינה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המעבר מהמנדט הבריטי להקמת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כמו מנדט, החלטת החלוקה והכרזת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רצף כרונולוגי וקשרי סיבה ותוצאה באירועי התקופה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חבר הלאומים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העלייה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כ״ט בנובמבר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הייתה אחת ההתחייבויות המרכזיות בכתב המנדט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הספר הלבן צמצם מאוד את מכסות העלייה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 הלבן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(אישור בינלאומי לשלוט בשטח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(הגוף שהכריז על הקמת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(התיישבות שנצרה בדרום הר חברון)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(כוחות שפלשו לישראל לאחר ההכרזה)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בריטניה מקבלת את המנדט על ארץ ישראל מחבר הלאומים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בריטניה מפרסמת את הספר הלבן שמגביל את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האו״ם מקבל את החלטת החלוקה בכ״ט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מתחולל המאבק על הדרכים והמצור על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אירוע הוא נקודה בזמן, תהליך נמשך זמן רב - למשל הכרזת העצמאות היא אירוע, והמעבר ממנדט למדינה הוא 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לתפקיד בריטניה ולהתחייבות לבית 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בנובמבר 1947, חלוקת הארץ לשתי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מועצת העם, במגילת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ציר זמן על הלוח ולבקש מהתלמידים למקם עליו את האירועים מתרגיל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רצוי לחבר בין המושגים לסרטונים הרלוונטיים ביחידה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בתרגילי הנכון/לא נכון כדאי לבקש מהתלמידים לנמק בעל פה את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מהמנדט למדינה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בשנים שבין קבלת המנדט הבריטי להקמת המדינה עבר היישוב היהודי תהליך דרמטי - מהתמודדות עם מדיניות בריטית מגבילה, דרך מאבק צבאי קשה, ועד הכרזה על עצמאות. בדף זה נתרגל את המושגים והאירועים המרכזיים של התקופה.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מנדט  ·  ספר הלבן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 המנדט ניתן לבריטניה על ידי: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חבר הלאומים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הספר הלבן של 1939 הגביל בעיקר 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העלייה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הייצוא החקלאי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הקמת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החלטת החלוקה התקבלה בתאריך המכונה: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כ״ט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ה׳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ט״ו בשבט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 המנדט כלל התחייבות בריטית להקים בית לאומי לעם היהודי.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הספר הלבן של 1939 הגדיל את מכסות העלייה היהודית.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הבריטי קבע את מעמדה המשפטי של בריטניה בארץ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היה מסמך בריטי שהגביל את העלייה היהודית בשנת 1939.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כוחות שפלשו לישראל לאחר ההכרזה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מועצת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התיישבות שנצרה בדרום הר חברון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גוש עציון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הגוף שהכריז על הקמת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צבאות ערב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אישור בינלאומי לשלוט בשטח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האו״ם מקבל את החלטת החלוקה בכ״ט בנובמבר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מתחולל המאבק על הדרכים והמצור על 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בריטניה מפרסמת את הספר הלבן שמגביל את העלייה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בריטניה מקבלת את המנדט על ארץ ישראל מחבר הלאומים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תהליך לאירוע? תנו דוגמה מהתקופה הנלמדת.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כתב המנדט ומה הוא קבע?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הייתה החלטת החלוקה ומתי התקבלה?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מהמנדט למדינה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