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מהמנדט למדינה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המעבר מהמנדט הבריטי להקמת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מנדט, החלטת החלוקה והכרזת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רצף כרונולוגי וקשרי סיבה ותוצאה באירועי 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העלייה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כ״ט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הדרכים בין הערים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מועצת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הייתה אחת ההתחייבויות המרכזיות בכתב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הלבן צמצם מאוד את מכסות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רבות מהשיירות נפגעו והשיטה נכשלה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ביום שלאחר ההכרזה פלשו צבאות ערביים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 הלבן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החלטת החלוקה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מגילת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(אישור בינלאומי לשלוט בשטח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(הגוף שהכריז על הקמת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(התיישבות שנצרה בדרום הר חברון)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(כוחות שפלשו לישראל לאחר ההכרזה)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בריטניה מקבלת את המנדט על ארץ ישראל מחבר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בריטניה מפרסמת את הספר הלבן שמגביל את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האו״ם מקבל את החלטת החלוקה בכ״ט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מתחולל המאבק על הדרכים והמצור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מועצת העם מכריזה על הקמת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השיירות היו חשופות למארבים ולא הצליחו להבטיח הגעה בטוחה של אספקה וכוחות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אירוע הוא נקודה בזמן, תהליך נמשך זמן רב - למשל הכרזת העצמאות היא אירוע, והמעבר ממנדט למדינה הוא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לתפקיד בריטניה ולהתחייבות לבית 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בנובמבר 1947, חלוקת הארץ לשתי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מועצת העם, במגילת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ציר זמן על הלוח ולבקש מהתלמידים למקם עליו את האירועים מתרגיל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לחבר בין המושגים לסרטונים הרלוונטיים ביחידה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הנכון/לא נכון כדאי לבקש מהתלמידים לנמק בעל פה את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מהמנדט למדינה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בריטניה שלטה בארץ ישראל, ואיך היהודים נלחמו והקימו מדינה. נתרגל מילים חשובות ואירועים לפי הסדר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בינלאומי שנתן למדינה אחת לשלוט בשטח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 המנדט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המסמך שקבע את ההתחייבויות של בריטניה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הספר הלבן 1939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בריטי שהגביל מאוד את העלייה היהודית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החלטת החלוקה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החלטת האו״ם מכ״ט בנובמבר 1947 לחלק את הארץ לשתי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כלי רכב שנסעה יחד כדי להגן על עצמה בדרכים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גוש עציון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התיישבות יהודית בדרום הר חברון שנצרה במלחמה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מועצת העם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שהכריז על הקמת מדינת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מגילת העצמאות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המסמך הרשמי שהכריז על הקמת 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נתן לבריטניה את הזכות לשלוט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הספר הלבן הגביל?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העלייה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הייצוא החקלאי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המסחר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לתאריך של החלטת החלוקה?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התרחשו הקרבות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הדרכים בין 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חזית 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הכריז על הקמת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מועצת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הצבא הבריטי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המנדט כלל התחייבות בריטית להקים בית לאומי לעם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הלבן של 1939 הגדיל את מכסות העלייה היהודית.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השיירות הצליחה לפתור את בעיית הדרכים החסומות.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פלישת צבאות ערב החלה מיד לאחר הכרזת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הבריטי קבע את מעמדה המשפטי של בריטניה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היה מסמך בריטי שהגביל את העלייה היהודית בשנת 1939.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ההחלטה שקראה לחלק את הארץ לשתי מדינות.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המסמך שהכריז רשמית על הקמת מדינת ישראל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התיישבות שנצרה בדרום הר חברון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מועצת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כוחות שפלשו לישראל לאחר ההכרזה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גוש עציון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אישור בינלאומי לשלוט בשטח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צבאות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הגוף שהכריז על הקמת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מתחולל המאבק על הדרכים והמצור על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מועצת העם מכריזה על הקמת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בריטניה מפרסמת את הספר הלבן שמגביל את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האו״ם מקבל את החלטת החלוקה בכ״ט בנובמבר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בריטניה מקבלת את המנדט על ארץ ישראל מחבר הלאומים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שיטת השיירות נכשלה בתחילת המלחמה.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תהליך לאירוע? תנו דוגמה מהתקופה הנלמדת.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כתב המנדט ומה הוא קבע?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החלטת החלוקה ומתי התקבלה?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הכריז על הקמת מדינת ישראל ובאיזה מסמך?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מהמנדט למדינה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