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מהמנדט למדינה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המעבר מהמנדט הבריטי להקמת מדינת ישראל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מושגי יסוד כמו מנדט, החלטת החלוקה והכרזת העצמאות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רצף כרונולוגי וקשרי סיבה ותוצאה באירועי התקופה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אמריקאיות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חבר הלאומים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העלייה היהודית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כ״ט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הדרכים בין הערים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א – מועצת העם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זו הייתה אחת ההתחייבויות המרכזיות בכתב המנדט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הספר הלבן צמצם מאוד את מכסות העלייה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רבות מהשיירות נפגעו והשיטה נכשלה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ביום שלאחר ההכרזה פלשו צבאות ערביים לישראל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מנדט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ספר הלבן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החלטת החלוקה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מגילת העצמאות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מושג להסבר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(אישור בינלאומי לשלוט בשטח מסוים)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(הגוף שהכריז על הקמת המדינה)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(התיישבות שנצרה בדרום הר חברון)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(כוחות שפלשו לישראל לאחר ההכרזה)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האירועים לפי הסדר הכרונולוגי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בריטניה מקבלת את המנדט על ארץ ישראל מחבר הלאומים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בריטניה מפרסמת את הספר הלבן שמגביל את העלייה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האו״ם מקבל את החלטת החלוקה בכ״ט בנובמבר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מתחולל המאבק על הדרכים והמצור על ירושלים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מועצת העם מכריזה על הקמת מדינת ישראל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שאלות פתוחות קצרות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השיירות היו חשופות למארבים ולא הצליחו להבטיח הגעה בטוחה של אספקה וכוחות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אירוע הוא נקודה בזמן, תהליך נמשך זמן רב - למשל הכרזת העצמאות היא אירוע, והמעבר ממנדט למדינה הוא תהליך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התייחסות לתפקיד בריטניה ולהתחייבות לבית לאומי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כ״ט בנובמבר 1947, חלוקת הארץ לשתי מדינות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מועצת העם, במגילת העצמאות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ציר זמן על הלוח ולבקש מהתלמידים למקם עליו את האירועים מתרגיל הסידור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רצוי לחבר בין המושגים לסרטונים הרלוונטיים ביחידה לפני התרגול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בתרגילי הנכון/לא נכון כדאי לבקש מהתלמידים לנמק בעל פה את התשובה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🎬 היסטוריה בסרטונים – 31 מערכי שיעור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מהמנדט למדינה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בשנים שבין קבלת המנדט הבריטי להקמת המדינה עבר היישוב היהודי תהליך דרמטי - מהתמודדות עם מדיניות בריטית מגבילה, דרך מאבק צבאי קשה, ועד הכרזה על עצמאות. בדף זה נתרגל את המושגים והאירועים המרכזיים של התקופה.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אמריקאיות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 המנדט ניתן לבריטניה על ידי: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 הלאומים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האו״ם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ארצות הברית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צרפת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הספר הלבן של 1939 הגביל בעיקר את: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העלייה היהודית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הייצוא החקלאי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הקמת בתי ספר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המסחר עם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החלטת החלוקה התקבלה בתאריך המכונה: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כ״ט בנובמבר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ה׳ באייר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ט״ו בשבט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כ׳ בתמוז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בשלב הראשון של מלחמת העצמאות הקרבות התמקדו בעיקר ב: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הדרכים בין הערים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חזית הצפון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גבול מצרים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ים התיכון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מגילת העצמאות הוכרזה על ידי: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מועצת העם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 הלאומים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האו״ם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הצבא הבריטי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כתב המנדט כלל התחייבות בריטית להקים בית לאומי לעם היהודי.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הספר הלבן של 1939 הגדיל את מכסות העלייה היהודית.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שיטת השיירות הצליחה לפתור את בעיית הדרכים החסומות.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פלישת צבאות ערב החלה מיד לאחר הכרזת המדינה.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הבריטי קבע את מעמדה המשפטי של בריטניה בארץ ישראל.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היה מסמך בריטי שהגביל את העלייה היהודית בשנת 1939.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היא ההחלטה שקראה לחלק את הארץ לשתי מדינות.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המסמך שהכריז רשמית על הקמת מדינת ישראל נקרא 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מושג להסבר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מנדט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התיישבות שנצרה בדרום הר חברון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מועצת העם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כוחות שפלשו לישראל לאחר ההכרזה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גוש עציון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הגוף שהכריז על הקמת המדינה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צבאות ערב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אישור בינלאומי לשלוט בשטח מסוים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האירועים לפי הסדר הכרונולוגי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האו״ם מקבל את החלטת החלוקה בכ״ט בנובמבר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מתחולל המאבק על הדרכים והמצור על ירושלים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בריטניה מפרסמת את הספר הלבן שמגביל את העלייה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מועצת העם מכריזה על הקמת מדינת ישראל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בריטניה מקבלת את המנדט על ארץ ישראל מחבר הלאומים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שאלות פתוחות קצרות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מדוע שיטת השיירות נכשלה בתחילת המלחמה.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ההבדל בין תהליך לאירוע? תנו דוגמה מהתקופה הנלמדת.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כתב המנדט ומה הוא קבע?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הייתה החלטת החלוקה ומתי התקבלה?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 הכריז על הקמת מדינת ישראל ובאיזה מסמך?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מהמנדט למדינה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